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Памятка по пожарной безопасности</w:t>
        <w:br/>
        <w:t>для ребёнка с РАС — Сытик Валерия</w:t>
      </w:r>
    </w:p>
    <w:p>
      <w:pPr>
        <w:jc w:val="center"/>
      </w:pPr>
      <w:r>
        <w:t>Памятка поможет помнить, как вести себя во время пожара. Здесь можно приклеить картинки или нарисовать свои.</w:t>
      </w:r>
    </w:p>
    <w:p>
      <w:pPr>
        <w:pStyle w:val="Heading2"/>
      </w:pPr>
      <w:r>
        <w:t>Что делать при пожаре 🚨</w:t>
      </w:r>
    </w:p>
    <w:p>
      <w:r>
        <w:br/>
        <w:t>- Услышу тревогу — не пугаюсь.</w:t>
        <w:br/>
        <w:t>- Иду к выходу вместе с учителем или взрослым.</w:t>
        <w:br/>
        <w:t>- Не беру вещи, выхожу спокойно.</w:t>
        <w:br/>
        <w:br/>
        <w:t>⬜ (место под картинку: выход, взрослый, огонь)</w:t>
        <w:br/>
      </w:r>
    </w:p>
    <w:p>
      <w:pPr>
        <w:pStyle w:val="Heading2"/>
      </w:pPr>
      <w:r>
        <w:t>Куда звонить ☎</w:t>
      </w:r>
    </w:p>
    <w:p>
      <w:r>
        <w:br/>
        <w:t>- Звоню по номеру 101 или 112.</w:t>
        <w:br/>
        <w:t>- Говорю: «Горит! Адрес: …»</w:t>
        <w:br/>
        <w:br/>
        <w:t>⬜ (место под картинку: телефон)</w:t>
        <w:br/>
      </w:r>
    </w:p>
    <w:p>
      <w:pPr>
        <w:pStyle w:val="Heading2"/>
      </w:pPr>
      <w:r>
        <w:t>Как себя вести 😌</w:t>
      </w:r>
    </w:p>
    <w:p>
      <w:r>
        <w:br/>
        <w:t>- Слушаю взрослого.</w:t>
        <w:br/>
        <w:t>- Не прячусь.</w:t>
        <w:br/>
        <w:t>- Если страшно — дышу медленно: вдох — выдох.</w:t>
        <w:br/>
        <w:br/>
        <w:t>⬜ (место под картинку: спокойное лицо)</w:t>
        <w:br/>
      </w:r>
    </w:p>
    <w:p>
      <w:pPr>
        <w:pStyle w:val="Heading2"/>
      </w:pPr>
      <w:r>
        <w:t>Что нельзя делать 🔥</w:t>
      </w:r>
    </w:p>
    <w:p>
      <w:r>
        <w:br/>
        <w:t>- Не играю со спичками и зажигалками.</w:t>
        <w:br/>
        <w:t>- Не трогаю плиту.</w:t>
        <w:br/>
        <w:t>- Не включаю электрические приборы.</w:t>
        <w:br/>
        <w:br/>
        <w:t>⬜ (место под картинку: знак «нельзя»)</w:t>
        <w:br/>
      </w:r>
    </w:p>
    <w:p>
      <w:pPr>
        <w:pStyle w:val="Heading2"/>
      </w:pPr>
      <w:r>
        <w:t>Я молодец 🌟</w:t>
      </w:r>
    </w:p>
    <w:p>
      <w:r>
        <w:br/>
        <w:t>- Я знаю, как себя вести при пожаре.</w:t>
        <w:br/>
        <w:t>- Я спокойна и внимательна.</w:t>
        <w:br/>
        <w:t>- Я помогаю другим и слушаю взрослых.</w:t>
        <w:br/>
        <w:br/>
        <w:t>⬜ (место под картинку: звезда, улыбка)</w:t>
        <w:br/>
      </w:r>
    </w:p>
    <w:p>
      <w:pPr>
        <w:jc w:val="right"/>
      </w:pPr>
      <w:r>
        <w:br/>
        <w:t>Воспитатель: Гуминская Л.А.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